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מהמגדלור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פרטים מדויקים בטקסט 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מידע עובדתי על מגדלורים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לפרש את המשפט המטאפורי בסיום המכתב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מאה ושמונה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איש מבוגר עם זקן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באלכסנדריה שבמצרים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מטבעות זכוכית 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לדאוג שהאור לעולם לא ייכבה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בעזרת מנגנון אוטומטי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במפורש במכתב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לכל מגדלור יש חתימה משלו - הבהוב, אור קבוע או סיבוב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כתבה מעיירת חוף קטנה שבה בילתה את החופשה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מסופר במכתב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רק חלקם הפכו למוזיאונים, רוב המגדלורים פועלים אוטומטית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פלאי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מאה ושמונה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טבעות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חתימה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(נדלק ונכבה לסירוגין)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(האור לא משתנה)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(האור נע לאט סביב)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(אוספת ומחזקת את האור)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(דאג שהאור לא ייכבה)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נעמה מגיעה עם משפחתה לעיירת חוף לחופשה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נעמה טיפסת במדרגות הלולייניות של המגדלור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המדריך מספר על תולדות המגדלורים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נעמה לומדת על החתימה הייחודית של כל מגדלור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נעמה רואה את העדשה הענקית בראש המגדלור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נעמה כותבת מכתב לאביגיל ומצרפת גלויה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שהמלחים יוכלו לזהות, גם בחושך, ליד איזה חוף הם נמצאים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מאה ושמונה מדרגות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לדאוג שהאור לעולם לא ייכבה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שהמלחים יזהו באיזה חוף הם נמצאים גם בלילה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המכתב בקול לפני תחילת העבודה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לעצור בסיום ולדון במשפט המטאפורי האחרון כחלק מדיון 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ניתן לבקש מהתלמידים לשתף את התשובה בזוגות לפני 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מהמגדלור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במכתב הזה נעמה מספרת לחברתה אביגיל על ביקור במגדלור ישן ועל דברים מעניינים שלמדה שם. נקרא את המכתב בעיון ונענה על שאלות.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מדרגות יש עד לראש המגדלור שבו ביקרה נעמה?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מאות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מאה ושמונה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היה המדריך שסיפר לנעמה על המגדלורים?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 צעיר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איש מבוגר עם זקן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אישה עם כובע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קברניט ספינה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עמד אחד המגדלורים העתיקים והמפורסמים ביותר?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באלכסנדריה שבמצרים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בפריז שבצרפת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ברומא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ממה בנויה העדשה הענקית שבראש המגדלור?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ממתכת כבדה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מטבעות זכוכית 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היה תפקידו של השומר בעבר?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לנקות את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לדאוג שהאור לעולם לא ייכבה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לתפוס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פועלים רוב המגדלורים היום, לפי המכתב?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באמצעות שומר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בעזרת מנגנון אוטומטי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לא פועלים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באמצעות נרות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המגדלור באלכסנדריה נחשב לאחד משבעת פלאי העולם העתיק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המגדלורים יש בדיוק אותו סוג אור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נעמה כתבה את המכתב מהעיר שבה היא גרה כל השנה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בעבר גר שומר במגדלור ודאג לאורו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כל המגדלורים הפכו למוזיאונים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המגדלור שעמד באלכסנדריה שבמצרים נחשב לאחד משבעת __________ העולם העתיק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נעמה טיפסה __________ מדרגות עד לראש המגדלור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העדשה בראש המגדלור בנויה מ__________ זכוכית 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בלילות סוערים השומר ניקה את הזכוכית מה__________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 מגדלור מאיר באופן שונה - זו ה"__________" שלו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מגדלור מהבהב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האור לא משתנה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מגדלור עם אור קבוע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נדלק ונכבה לסירוגין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מגדלור מסתובב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אוספת ומחזקת את האור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עדשה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דאג שהאור לא ייכבה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האור נע לאט סביב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 במכתב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נעמה טיפסת במדרגות הלולייניות של המגדלור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נעמה כותבת מכתב לאביגיל ומצרפת גלויה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נעמה רואה את העדשה הענקית בראש המגדלור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נעמה מגיעה עם משפחתה לעיירת חוף לחופשה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נעמה לומדת על החתימה הייחודית של כל מגדלור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המדריך מספר על תולדות המגדלורים בעולם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חשוב שלכל מגדלור יש אור שונה משאר המגדלורים?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מדרגות טיפסה נעמה במגדלור?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תפקידו של השומר במגדלור בעבר?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לכל מגדלור יש חתימה משלו?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מכתב מהמגדלור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