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מדויקים בטקסט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מגדלורים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המשפט המטאפורי בסיום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מאה ושמונה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מבוגר עם זקן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באלכסנדריה שבמצרים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מטבעות זכוכית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לדאוג שהאור לעולם לא ייכבה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בעזרת מנגנון אוטומטי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מגדלור יש חתימה משלו - הבהוב, אור קבוע או סיבוב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כתבה מעיירת חוף קטנה שבה בילתה את החופשה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רק חלקם הפכו למוזיאונים, רוב המגדלורים פועלים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 ושמונה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(נדלק ונכבה לסירוגין)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(האור 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(האור נע לאט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(אוספת ומחזקת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(דאג שהאור לא ייכבה)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נעמה מגיעה עם משפחתה לעיירת חוף לחופשה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נעמה טיפסת במדרגות הלולייניות של המגדלור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המדריך מספר על תולדות המגדלורים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נעמה לומדת על החתימה הייחודית של כל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נעמה רואה את העדשה הענקית בראש המגדלור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נעמה כותבת מכתב לאביגיל ומצרפת גלויה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שהמלחים יוכלו לזהות, גם בחושך, ליד איזה חוף הם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ושמונה מדרגות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שהאור לעולם לא ייכבה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שהמלחים יזהו באיזה חוף הם נמצאים גם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לפני תחילת העבודה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בסיום ולדון במשפט המטאפורי האחרון כחלק מדיון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ניתן לבקש מהתלמידים לשתף את התשובה בזוגות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נעמה כתבה מכתב לחברה שלה. היא ביקרה במגדלור וסיפרה מה היא ראתה ולמדה שם. נקרא ונבין את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 גבוה ליד הים שמאיר אור כדי להזהיר ספינות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ישן מאוד, מלפני שנים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פלאי העולם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שבעה מבנים מפורסמים ומיוחדים מהעולם הקדום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כאן: דרך מיוחדת שבה כל מגדלור מאיר, כדי שיזהו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עגול מזכוכית שמרכז ומחזק את האור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שתפקידו היה לדאוג שאור המגדלור לא ייכבה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אוטומטי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לבד, בלי שאדם מפעיל אותו כל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לוליין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מסתובב סביב ציר, כמו מדרגות עגולות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מדרגות טיפסה נעמה?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ושמונה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נראה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מבוגר עם זקן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אישה עם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קברניט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עמד מגדלור 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באלכסנדריה שבמצרים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בפריז שבצרפת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העדשה עשויה?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ממתכת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מטבעות זכוכית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השומר היה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לנקות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לדאוג שהאור לעולם לא ייכבה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לתפוס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מפעיל את המגדלורים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שומר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מנגנון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פועלים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באמצעות 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המגדלור באלכסנדריה נחשב לאחד משבעת פלאי העולם 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המגדלורים יש בדיוק אותו סוג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כתבה את המכתב מהעיר שבה היא גרה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גר שומר במגדלור ודאג לאורו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כל המגדלורים הפכו למוזיאונים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המגדלור שעמד באלכסנדריה שבמצרים נחשב לאחד משבעת __________ העולם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נעמה טיפסה __________ מדרגות עד לראש המגדלור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העדשה בראש המגדלור בנויה מ__________ זכוכית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בלילות סוערים השומר ניקה את הזכוכית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מגדלור מאיר באופן שונה - זו ה"__________"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 מהבהב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האור נע לאט סביב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מגדלור עם אור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נדלק ונכבה לסירוגין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מגדלור מסתובב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אוספת ומחזקת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דאג שהאור לא ייכבה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האור לא 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רואה את העדשה הענקית בראש המגדלור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לומדת על החתימה הייחודית של כל 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מגיעה עם משפחתה לעיירת חוף לחופשה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טיפסת במדרגות הלולייניות של המגדלור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נעמה כותבת מכתב לאביגיל ומצרפת גלויה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מספר על תולדות המגדלורים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שלכל מגדלור יש אור שונה משאר המגדלורים?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מדרגות טיפסה נעמה במגדלור?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השומר במגדלור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לכל מגדלור יש חתימה משלו?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מהמגדלור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