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מהמגדלור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פרטים מדויקים בטקסט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מגדלורים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המשפט המטאפורי בסיום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מאה ושמונה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איש מבוגר עם זקן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מטבעות זכוכית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במפורש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מגדלור יש חתימה משלו - הבהוב, אור קבוע או סיבוב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מאה ושמונה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(נדלק ונכבה לסירוגין)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(האור לא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(האור נע לאט 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(אוספת ומחזקת את האור)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נעמה מגיעה עם משפחתה לעיירת חוף לחופשה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נעמה טיפסת במדרגות הלולייניות של המגדלור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המדריך מספר על תולדות המגדלורים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נעמה לומדת על החתימה הייחודית של כל מגדלור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שהמלחים יוכלו לזהות, גם בחושך, ליד איזה חוף הם נמצאים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מאה ושמונה מדרגות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לדאוג שהאור לעולם לא ייכבה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שהמלחים יזהו באיזה חוף הם נמצאים גם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בקול לפני תחילת העבודה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בסיום ולדון במשפט המטאפורי האחרון כחלק מדיון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ניתן לבקש מהתלמידים לשתף את התשובה בזוגות לפני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מהמגדלור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במכתב הזה נעמה מספרת לחברתה אביגיל על ביקור במגדלור ישן ועל דברים מעניינים שלמדה שם. נקרא את המכתב בעיון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פלאי  ·  מאה ושמונה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מדרגות יש עד לראש המגדלור שבו ביקרה נעמה?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מאה ושמונה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היה המדריך שסיפר לנעמה על המגדלורים?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איש מבוגר עם זקן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אישה עם כובע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ממה בנויה העדשה הענקית שבראש המגדלור?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ממתכת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מטבעות זכוכית רבות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המגדלור באלכסנדריה נחשב לאחד משבעת פלאי העולם העתיק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המגדלורים יש בדיוק אותו סוג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המגדלור שעמד באלכסנדריה שבמצרים נחשב לאחד משבעת __________ העולם העתיק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נעמה טיפסה __________ מדרגות עד לראש המגדלור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מגדלור מהבהב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אוספת ומחזקת את האור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מגדלור עם אור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נדלק ונכבה לסירוגין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מגדלור מסתובב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האור לא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האור נע לאט סביב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המדריך מספר על תולדות המגדלורים בעולם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נעמה לומדת על החתימה הייחודית של כל 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נעמה טיפסת במדרגות הלולייניות של המגדלור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נעמה מגיעה עם משפחתה לעיירת חוף לחופשה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שלכל מגדלור יש אור שונה משאר המגדלורים?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מדרגות טיפסה נעמה במגדלור?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השומר במגדלור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מהמגדלור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